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מפתח הדמוקרטיה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מפתח הדמוקרטיה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היסוד של המשטר הדמוקרטי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באזרחות הקשורים לבחירות ולשלטון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וטיעונית בנושא 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עקרונות הדמוקרטיה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שלטון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למנוע ריכוז כוח ביד גורם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בתי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חשאיות וחופשיות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קיום דעות וקבוצות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זכות הבחירה היא זכות יסוד דמוקרטית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הרשות המחוקקת היא הכנסת, הנבחרת על ידי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עיקרון איזון ובלמים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חופש ביטוי וביקורת הם מעקרונות הדמוקרטיה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עיקרון אוניברסלי של זכויות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פלורליזם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רשויות ותפקידים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(יוצרת את חוקי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(מיישמת את מדיניות הממשלה)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(פוסקת לפי החוק)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(תהליך בחירת נציגי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(שייכות לכל אדם באשר הוא)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תהליך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פתיחת קלפיות ברחבי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אזרחים מצביעים בחשאי עבור 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ספירת הקולות בכל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חלוקת מושבים בכנסת לפי תוצאות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הקמת ממשלה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טיעונית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שהפרדת רשויות מונעת ריכוז כוח, מאפשרת ביקורת הדדית ושומרת על זכויות האזרח; ציון דוגמה רלוונטית.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המציגה עמדה ברורה עם שני נימוקים לפחות, תוך שימוש במושגים שנלמדו.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שלטון העם ובחירת נציגים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למנוע ריכוז כוח ולשמור על איזון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חופש ביטוי, שוויון בפני החוק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חלקי הדף לתיקים השונים בחדר הבריחה כהכנה או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עדכניות מהחיים הדמוקרטיים בישראל תוך הימנעות מנושאים פוליטיים שנויים במחלוקת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הכתיבה הטיעונית בעבודת זוגות ולקיים שיתוף קצר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מפתח הדמוקרטיה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מפתח הדמוקרטיה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מרכזיים בנושא דמוקרטיה: עקרונות יסוד, זכויות וחובות, רשויות השלטון ותהליך הבחירות, בהשראת חדר הבריחה 'מפתח הדמוקרטיה'.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עקרונות הדמוקרטיה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העיקרון המרכזי ביותר בדמוקרטיה?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שלטון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שלטון מלך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שלטון הצבא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קבוצה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מטרת הפרדת הרשויות היא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להאיץ קבלת החלטות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למנוע ריכוז כוח ביד גורם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לחסוך כסף לממשלה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להגדיל את מספר הפקידים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מהבאות היא רשות שופטת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בתי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בחירות דמוקרטיות צריכות להיות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חשאיות וחופשיות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פומביות וחובה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מוגבלות לקבוצה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ללא זכות ערעור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משמעות המונח 'פלורליזם'?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שלטון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קיום דעות וקבוצות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צבאי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בדמוקרטיה כל אזרח בגיל המתאים רשאי להצביע בבחירות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ברשות מחוקקת בישראל מכהנים שופטים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הפרדת רשויות נועדה למנוע ריכוז כוח יתר בידי גורם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בדמוקרטיה אסור לבקר את השלטון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זכויות אדם שייכות לכל אדם ללא תלות בדעותיו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בדמוקרטיה השלטון נבחר על ידי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הרשות המחוקקת בישראל נקראת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הרשות שמבצעת את החוקים נקראת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עיקרון שמונע ריכוז כוח ביד גורם אחד נקרא הפרדת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קיום דעות וקבוצות שונות בחברה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רשויות ותפקידים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רשות מחוקקת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פוסקת לפי החוק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רשות מבצעת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שייכות לכל אדם באשר הוא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רשות שופטת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מיישמת את מדיניות הממשלה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יוצרת את חוקי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זכויות 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תהליך בחירת נציגי העם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תהליך 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הקמת ממשלה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פתיחת קלפיות ברחבי הארץ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מושבים בכנסת לפי תוצאות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ספירת הקולות בכל 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אזרחים מצביעים בחשאי עבור מפלגה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לשמור על הפרדת רשויות במדינה דמוקרטית? כתבו טיעון מנומק בן 4-5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לדעתכם חובה להצביע בבחירות? נמקו את עמדתכם.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העיקרון המרכזי של משטר דמוקרטי?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מפרידים בין הרשויות השונות?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אדם בסיסית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מפתח הדמוקרטיה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