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של המשטר הדמוקרטי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באזרחות הקשורים לבחירות ולשלטון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וטיעונית בנושא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שלטון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למנוע ריכוז כוח ביד גורם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בתי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חשאיות וחופשיות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קיום דעות וקבוצות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זכות הבחירה היא זכות יסוד 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הרשות המחוקקת היא הכנסת, הנבחרת על ידי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עיקרון איזון ובלמים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חופש ביטוי וביקורת הם מעקרונות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עיקרון אוניברסלי של זכויות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פלורליזם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רשויות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(יוצרת את חוקי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(מיישמת את מדיניות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(פוסקת לפי החוק)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(תהליך בחירת נציגי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(שייכות לכל אדם באשר הוא)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תהליך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פתיחת קלפיות ברחבי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אזרחים מצביעים בחשאי עבור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ספירת הקולות בכל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חלוקת מושבים בכנסת לפי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הקמת ממשלה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שהפרדת רשויות מונעת ריכוז כוח, מאפשרת ביקורת הדדית ושומרת על זכויות האזרח; ציון דוגמה רלוונטית.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המציגה עמדה ברורה עם שני נימוקים לפחות, תוך שימוש במושגים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שלטון העם ובחירת נציגים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למנוע ריכוז כוח ולשמור על איזון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חופש ביטוי, שוויון בפני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חלקי הדף לתיקים השונים בחדר הבריחה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עדכניות מהחיים הדמוקרטיים בישראל תוך הימנעות מנושאים פוליטיים שנויים במחלוקת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הטיעונית בעבודת זוגות ולקיים שיתוף קצר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דמוקרטיה: מה זה, איך בוחרים שלטון, ומה הזכויות של כל אזרח ואזרחית.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שבו השלטון נבחר על ידי העם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הוא מקור הסמכות השלטונית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הפרדת רשויות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השלטון לשלוש רשויות נפרדות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בסיסיות השייכות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מחוקקת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הרשות שמחוקקת את החוקים - הכנסת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מבצעת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הרשות שמבצעת את החוקים -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שופטת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הרשות ששופטת לפי החוק - בתי המשפט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פלורליזם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דעות וקבוצות שונות בחברה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עקרונות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שולט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מלך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קבוצה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מחלקים את השלטון לשלוש רשויות?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למנוע ריכוז כוח ביד גורם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כסף לממשלה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להגדיל את מספר הפקידים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שופט לפי החוק?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צריכות להיראות בחירות הוגנות?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חשאיות וחופשיות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פומביות וחובה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מוגבלות לקבוצה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זכות ערעור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פלורליזם?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קיום דעות וקבוצות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צבאי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כל אזרח בגיל המתאים רשאי להצביע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ברשות מחוקקת בישראל מכהנים שופטים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הפרדת רשויות נועדה למנוע ריכוז כוח יתר בידי גורם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אסור לבקר את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אדם שייכות לכל אדם ללא תלות בדעותיו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בדמוקרטיה השלטון נבחר על ידי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הרשות המחוקקת בישראל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הרשות שמבצעת את החוקים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עיקרון שמונע ריכוז כוח ביד גורם אחד נקרא הפרדת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קיום דעות וקבוצות שונות בחברה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רשויות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רשות מחוקקת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מיישמת את מדיניות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רשות מבצעת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בחירת נציגי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רשות שופטת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שייכות לכל אדם באשר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יוצרת את חוקי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זכויות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פוסקת לפי החוק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תהליך 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ממשלה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קלפיות ברחבי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מושבים בכנסת לפי 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אזרחים מצביעים בחשאי עבור מפלגה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ספירת הקולות בכל 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לשמור על הפרדת רשויות במדינה דמוקרטית? כתבו טיעון מנומק בן 4-5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חובה להצביע בבחירות? נמקו את 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העיקרון המרכזי של משטר דמוקרטי?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מפרידים בין הרשויות השונות?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אדם בסיסית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מפתח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