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מפתח הדמוקרטיה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מפתח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היסוד של המשטר הדמוקרטי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באזרחות הקשורים לבחירות ולשלטון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וטיעונית בנושא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עקרונות הדמוקרטיה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שלטון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למנוע ריכוז כוח ביד גורם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בתי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זכות הבחירה היא זכות יסוד דמוקרטית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הרשות המחוקקת היא הכנסת, הנבחרת על ידי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רשויות ותפקידים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(יוצרת את חוקי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(מיישמת את מדיניות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(פוסקת לפי החוק)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(תהליך בחירת נציגי העם)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תהליך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פתיחת קלפיות ברחבי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אזרחים מצביעים בחשאי עבור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ספירת הקולות בכל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חלוקת מושבים בכנסת לפי תוצאות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שהפרדת רשויות מונעת ריכוז כוח, מאפשרת ביקורת הדדית ושומרת על זכויות האזרח; ציון דוגמה רלוונטית.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שלטון העם ובחירת נציגים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למנוע ריכוז כוח ולשמור על איזון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חופש ביטוי, שוויון בפני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חלקי הדף לתיקים השונים בחדר הבריחה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עדכניות מהחיים הדמוקרטיים בישראל תוך הימנעות מנושאים פוליטיים שנויים במחלוקת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הכתיבה הטיעונית בעבודת זוגות ולקיים שיתוף קצר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מפתח הדמוקרטיה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מפתח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מרכזיים בנושא דמוקרטיה: עקרונות יסוד, זכויות וחובות, רשויות השלטון ותהליך הבחירות, בהשראת חדר הבריחה 'מפתח הדמוקרטיה'.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כנסת  ·  ממשלה  ·  עם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עקרונות הדמוקרטיה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העיקרון המרכזי ביותר בדמוקרטיה?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שלטון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שלטון מלך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שלטון 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מטרת הפרדת הרשויות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להאיץ קבלת החלטות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למנוע ריכוז כוח ביד גורם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לחסוך כסף לממשלה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מהבאות היא רשות שופטת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בתי המשפט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בדמוקרטיה כל אזרח בגיל המתאים רשאי להצביע בבחירות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ברשות מחוקקת בישראל מכהנים שופטים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בדמוקרטיה השלטון נבחר על ידי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הרשות המחוקקת בישראל נקראת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הרשות שמבצעת את החוקים נקראת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רשויות ותפקידים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רשות מחוקקת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פוסקת לפי החוק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רשות מבצעת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יוצרת את חוקי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רשות שופטת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תהליך בחירת נציגי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מיישמת את מדיניות הממשלה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תהליך 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ספירת הקולות בכל 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חלוקת מושבים בכנסת לפי תוצאות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פתיחת קלפיות ברחבי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אזרחים מצביעים בחשאי עבור מפלגה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לשמור על הפרדת רשויות במדינה דמוקרטית? כתבו טיעון מנומק בן 4-5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העיקרון המרכזי של משטר דמוקרטי?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מפרידים בין הרשויות השונות?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מפתח הדמוקרטיה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